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6B380" w14:textId="6B93EAF8" w:rsidR="00DE41BD" w:rsidRPr="0061764A" w:rsidRDefault="00303DBE">
      <w:pPr>
        <w:jc w:val="center"/>
        <w:rPr>
          <w:color w:val="EE0000"/>
          <w:sz w:val="52"/>
          <w:szCs w:val="52"/>
        </w:rPr>
      </w:pPr>
      <w:r w:rsidRPr="0061764A">
        <w:rPr>
          <w:b/>
          <w:color w:val="EE0000"/>
          <w:sz w:val="52"/>
          <w:szCs w:val="52"/>
        </w:rPr>
        <w:t xml:space="preserve">2025 </w:t>
      </w:r>
      <w:r w:rsidR="00EA56DE">
        <w:rPr>
          <w:b/>
          <w:color w:val="EE0000"/>
          <w:sz w:val="52"/>
          <w:szCs w:val="52"/>
        </w:rPr>
        <w:t xml:space="preserve">MARRS </w:t>
      </w:r>
      <w:r w:rsidR="008B5BFA">
        <w:rPr>
          <w:b/>
          <w:color w:val="EE0000"/>
          <w:sz w:val="52"/>
          <w:szCs w:val="52"/>
        </w:rPr>
        <w:t xml:space="preserve">WINTER </w:t>
      </w:r>
      <w:r w:rsidRPr="0061764A">
        <w:rPr>
          <w:b/>
          <w:color w:val="EE0000"/>
          <w:sz w:val="52"/>
          <w:szCs w:val="52"/>
        </w:rPr>
        <w:t>SPORTS SCHEDULE</w:t>
      </w:r>
    </w:p>
    <w:p w14:paraId="0E9E1017" w14:textId="17A9166E" w:rsidR="00DE41BD" w:rsidRDefault="00DE41BD"/>
    <w:p w14:paraId="478698FA" w14:textId="77777777" w:rsidR="0061764A" w:rsidRDefault="0061764A">
      <w:pPr>
        <w:rPr>
          <w:b/>
          <w:color w:val="006400"/>
          <w:sz w:val="28"/>
        </w:rPr>
        <w:sectPr w:rsidR="0061764A" w:rsidSect="00034616">
          <w:pgSz w:w="15840" w:h="12240" w:orient="landscape"/>
          <w:pgMar w:top="576" w:right="576" w:bottom="576" w:left="576" w:header="720" w:footer="720" w:gutter="0"/>
          <w:cols w:space="720"/>
          <w:docGrid w:linePitch="360"/>
        </w:sectPr>
      </w:pPr>
    </w:p>
    <w:p w14:paraId="60DC08B6" w14:textId="4CCEF75E" w:rsidR="00DE41BD" w:rsidRPr="0061764A" w:rsidRDefault="00F207FE">
      <w:pPr>
        <w:rPr>
          <w:color w:val="EE0000"/>
        </w:rPr>
      </w:pPr>
      <w:r>
        <w:rPr>
          <w:b/>
          <w:color w:val="EE0000"/>
          <w:sz w:val="28"/>
        </w:rPr>
        <w:t>BOYS BASKETBALL</w:t>
      </w:r>
    </w:p>
    <w:p w14:paraId="74471D75" w14:textId="516A4A03" w:rsidR="00DE41BD" w:rsidRPr="0061764A" w:rsidRDefault="00F207FE">
      <w:pPr>
        <w:ind w:left="100"/>
        <w:rPr>
          <w:sz w:val="24"/>
          <w:szCs w:val="24"/>
        </w:rPr>
      </w:pPr>
      <w:r>
        <w:rPr>
          <w:sz w:val="24"/>
          <w:szCs w:val="24"/>
        </w:rPr>
        <w:t>10/30</w:t>
      </w:r>
      <w:r w:rsidR="00303DBE" w:rsidRPr="0061764A">
        <w:rPr>
          <w:sz w:val="24"/>
          <w:szCs w:val="24"/>
        </w:rPr>
        <w:tab/>
      </w:r>
      <w:r>
        <w:rPr>
          <w:sz w:val="24"/>
          <w:szCs w:val="24"/>
        </w:rPr>
        <w:t>@ Bryan</w:t>
      </w:r>
    </w:p>
    <w:p w14:paraId="67420E8F" w14:textId="0F145D05" w:rsidR="00DE41BD" w:rsidRPr="0061764A" w:rsidRDefault="00F207FE">
      <w:pPr>
        <w:ind w:left="1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11/5</w:t>
      </w:r>
      <w:r w:rsidR="00303DBE" w:rsidRPr="0061764A">
        <w:rPr>
          <w:b/>
          <w:bCs/>
          <w:sz w:val="24"/>
          <w:szCs w:val="24"/>
        </w:rPr>
        <w:tab/>
      </w:r>
      <w:r w:rsidR="00303DBE" w:rsidRPr="0061764A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Norris</w:t>
      </w:r>
    </w:p>
    <w:p w14:paraId="6C3563EE" w14:textId="3B4B4386" w:rsidR="00DE41BD" w:rsidRPr="00F207FE" w:rsidRDefault="00F207FE">
      <w:pPr>
        <w:ind w:left="100"/>
        <w:rPr>
          <w:sz w:val="24"/>
          <w:szCs w:val="24"/>
        </w:rPr>
      </w:pPr>
      <w:r w:rsidRPr="00F207FE">
        <w:rPr>
          <w:sz w:val="24"/>
          <w:szCs w:val="24"/>
        </w:rPr>
        <w:t>11/6</w:t>
      </w:r>
      <w:r w:rsidR="00303DBE" w:rsidRPr="00F207FE">
        <w:rPr>
          <w:sz w:val="24"/>
          <w:szCs w:val="24"/>
        </w:rPr>
        <w:tab/>
      </w:r>
      <w:r w:rsidR="00303DBE" w:rsidRPr="00F207FE">
        <w:rPr>
          <w:sz w:val="24"/>
          <w:szCs w:val="24"/>
        </w:rPr>
        <w:tab/>
      </w:r>
      <w:r w:rsidRPr="00F207FE">
        <w:rPr>
          <w:sz w:val="24"/>
          <w:szCs w:val="24"/>
        </w:rPr>
        <w:t>@ Lewis &amp; Clark</w:t>
      </w:r>
    </w:p>
    <w:p w14:paraId="57479573" w14:textId="3BAAAFF8" w:rsidR="00DE41BD" w:rsidRPr="0061764A" w:rsidRDefault="00F207FE">
      <w:pPr>
        <w:ind w:left="1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11/11</w:t>
      </w:r>
      <w:r w:rsidR="00303DBE" w:rsidRPr="0061764A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Bye (no game)</w:t>
      </w:r>
    </w:p>
    <w:p w14:paraId="703D3D82" w14:textId="24A3D373" w:rsidR="00DE41BD" w:rsidRPr="0061764A" w:rsidRDefault="00F207FE">
      <w:pPr>
        <w:ind w:left="1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11/13</w:t>
      </w:r>
      <w:r w:rsidR="00303DBE" w:rsidRPr="0061764A">
        <w:rPr>
          <w:b/>
          <w:bCs/>
          <w:sz w:val="24"/>
          <w:szCs w:val="24"/>
        </w:rPr>
        <w:tab/>
        <w:t>Morton</w:t>
      </w:r>
    </w:p>
    <w:p w14:paraId="786D912B" w14:textId="6C4C951C" w:rsidR="00DE41BD" w:rsidRPr="00F207FE" w:rsidRDefault="00F207FE">
      <w:pPr>
        <w:ind w:left="100"/>
        <w:rPr>
          <w:sz w:val="24"/>
          <w:szCs w:val="24"/>
        </w:rPr>
      </w:pPr>
      <w:r w:rsidRPr="00F207FE">
        <w:rPr>
          <w:sz w:val="24"/>
          <w:szCs w:val="24"/>
        </w:rPr>
        <w:t>11/14</w:t>
      </w:r>
      <w:r w:rsidR="00303DBE" w:rsidRPr="00F207FE">
        <w:rPr>
          <w:sz w:val="24"/>
          <w:szCs w:val="24"/>
        </w:rPr>
        <w:tab/>
      </w:r>
      <w:r w:rsidRPr="00F207FE">
        <w:rPr>
          <w:sz w:val="24"/>
          <w:szCs w:val="24"/>
        </w:rPr>
        <w:t>@King</w:t>
      </w:r>
    </w:p>
    <w:p w14:paraId="1E6722DF" w14:textId="46EAFC7C" w:rsidR="00DE41BD" w:rsidRPr="0061764A" w:rsidRDefault="00F207FE">
      <w:pPr>
        <w:ind w:left="1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11/18</w:t>
      </w:r>
      <w:r w:rsidR="00303DBE" w:rsidRPr="0061764A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Bluestem</w:t>
      </w:r>
    </w:p>
    <w:p w14:paraId="75B18F6A" w14:textId="5BD81E61" w:rsidR="00DE41BD" w:rsidRPr="0061764A" w:rsidRDefault="00716D50">
      <w:pPr>
        <w:ind w:left="100"/>
        <w:rPr>
          <w:sz w:val="24"/>
          <w:szCs w:val="24"/>
        </w:rPr>
      </w:pPr>
      <w:r>
        <w:rPr>
          <w:sz w:val="24"/>
          <w:szCs w:val="24"/>
        </w:rPr>
        <w:t>12/2</w:t>
      </w:r>
      <w:r>
        <w:rPr>
          <w:sz w:val="24"/>
          <w:szCs w:val="24"/>
        </w:rPr>
        <w:tab/>
      </w:r>
      <w:r w:rsidR="00303DBE" w:rsidRPr="0061764A">
        <w:rPr>
          <w:sz w:val="24"/>
          <w:szCs w:val="24"/>
        </w:rPr>
        <w:tab/>
        <w:t>@</w:t>
      </w:r>
      <w:r>
        <w:rPr>
          <w:sz w:val="24"/>
          <w:szCs w:val="24"/>
        </w:rPr>
        <w:t>McMillan</w:t>
      </w:r>
    </w:p>
    <w:p w14:paraId="37D7BD82" w14:textId="5163B01F" w:rsidR="00DE41BD" w:rsidRPr="00716D50" w:rsidRDefault="00716D50">
      <w:pPr>
        <w:ind w:left="100"/>
        <w:rPr>
          <w:b/>
          <w:bCs/>
          <w:sz w:val="24"/>
          <w:szCs w:val="24"/>
        </w:rPr>
      </w:pPr>
      <w:r w:rsidRPr="00716D50">
        <w:rPr>
          <w:b/>
          <w:bCs/>
          <w:sz w:val="24"/>
          <w:szCs w:val="24"/>
        </w:rPr>
        <w:t>12/4</w:t>
      </w:r>
      <w:r w:rsidR="00303DBE" w:rsidRPr="00716D50">
        <w:rPr>
          <w:b/>
          <w:bCs/>
          <w:sz w:val="24"/>
          <w:szCs w:val="24"/>
        </w:rPr>
        <w:tab/>
      </w:r>
      <w:r w:rsidR="00303DBE" w:rsidRPr="00716D50">
        <w:rPr>
          <w:b/>
          <w:bCs/>
          <w:sz w:val="24"/>
          <w:szCs w:val="24"/>
        </w:rPr>
        <w:tab/>
      </w:r>
      <w:r w:rsidRPr="00716D50">
        <w:rPr>
          <w:b/>
          <w:bCs/>
          <w:sz w:val="24"/>
          <w:szCs w:val="24"/>
        </w:rPr>
        <w:t>Buffett</w:t>
      </w:r>
    </w:p>
    <w:p w14:paraId="6A8E028F" w14:textId="40B3A05B" w:rsidR="00DE41BD" w:rsidRPr="00716D50" w:rsidRDefault="00716D50">
      <w:pPr>
        <w:ind w:left="100"/>
        <w:rPr>
          <w:sz w:val="24"/>
          <w:szCs w:val="24"/>
        </w:rPr>
      </w:pPr>
      <w:r w:rsidRPr="00716D50">
        <w:rPr>
          <w:sz w:val="24"/>
          <w:szCs w:val="24"/>
        </w:rPr>
        <w:t xml:space="preserve">12/9 </w:t>
      </w:r>
      <w:r w:rsidRPr="00716D50">
        <w:rPr>
          <w:sz w:val="24"/>
          <w:szCs w:val="24"/>
        </w:rPr>
        <w:tab/>
      </w:r>
      <w:r w:rsidR="00303DBE" w:rsidRPr="00716D50">
        <w:rPr>
          <w:sz w:val="24"/>
          <w:szCs w:val="24"/>
        </w:rPr>
        <w:tab/>
      </w:r>
      <w:r w:rsidRPr="00716D50">
        <w:rPr>
          <w:sz w:val="24"/>
          <w:szCs w:val="24"/>
        </w:rPr>
        <w:t>@ Beveridge</w:t>
      </w:r>
    </w:p>
    <w:p w14:paraId="65051C16" w14:textId="4EADCB6E" w:rsidR="00DE41BD" w:rsidRPr="0061764A" w:rsidRDefault="00716D50">
      <w:pPr>
        <w:ind w:left="1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12/11</w:t>
      </w:r>
      <w:r w:rsidR="00303DBE" w:rsidRPr="0061764A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Hale</w:t>
      </w:r>
    </w:p>
    <w:p w14:paraId="101366AA" w14:textId="030E3A0A" w:rsidR="00DE41BD" w:rsidRPr="0061764A" w:rsidRDefault="00716D50">
      <w:pPr>
        <w:ind w:left="100"/>
        <w:rPr>
          <w:sz w:val="24"/>
          <w:szCs w:val="24"/>
        </w:rPr>
      </w:pPr>
      <w:r>
        <w:rPr>
          <w:sz w:val="24"/>
          <w:szCs w:val="24"/>
        </w:rPr>
        <w:t>12/16</w:t>
      </w:r>
      <w:r w:rsidR="00303DBE" w:rsidRPr="0061764A">
        <w:rPr>
          <w:sz w:val="24"/>
          <w:szCs w:val="24"/>
        </w:rPr>
        <w:tab/>
      </w:r>
      <w:r>
        <w:rPr>
          <w:sz w:val="24"/>
          <w:szCs w:val="24"/>
        </w:rPr>
        <w:t>City Finals - TBD</w:t>
      </w:r>
    </w:p>
    <w:p w14:paraId="593472D2" w14:textId="619504B3" w:rsidR="002F56EC" w:rsidRDefault="00716D50">
      <w:pPr>
        <w:ind w:left="100"/>
        <w:rPr>
          <w:sz w:val="24"/>
          <w:szCs w:val="24"/>
        </w:rPr>
      </w:pPr>
      <w:r>
        <w:rPr>
          <w:sz w:val="24"/>
          <w:szCs w:val="24"/>
        </w:rPr>
        <w:t>12/17</w:t>
      </w:r>
      <w:r w:rsidR="00303DBE" w:rsidRPr="0061764A">
        <w:rPr>
          <w:sz w:val="24"/>
          <w:szCs w:val="24"/>
        </w:rPr>
        <w:tab/>
        <w:t>City Final</w:t>
      </w:r>
      <w:r>
        <w:rPr>
          <w:sz w:val="24"/>
          <w:szCs w:val="24"/>
        </w:rPr>
        <w:t>s - TBD</w:t>
      </w:r>
    </w:p>
    <w:p w14:paraId="53564619" w14:textId="53D53838" w:rsidR="00DE41BD" w:rsidRPr="0061764A" w:rsidRDefault="002F56EC">
      <w:pPr>
        <w:ind w:left="1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FCC0BB8" w14:textId="372026AD" w:rsidR="00DE41BD" w:rsidRPr="0061764A" w:rsidRDefault="0026418C">
      <w:pPr>
        <w:rPr>
          <w:sz w:val="24"/>
          <w:szCs w:val="24"/>
        </w:rPr>
      </w:pPr>
      <w:r>
        <w:rPr>
          <w:b/>
          <w:noProof/>
          <w:color w:val="EE0000"/>
          <w:sz w:val="52"/>
          <w:szCs w:val="52"/>
        </w:rPr>
        <w:drawing>
          <wp:inline distT="0" distB="0" distL="0" distR="0" wp14:anchorId="67788865" wp14:editId="6CB624CD">
            <wp:extent cx="1854200" cy="2781300"/>
            <wp:effectExtent l="0" t="0" r="0" b="0"/>
            <wp:docPr id="1193221407" name="Picture 1" descr="A cartoon of a rooster holding a basket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21407" name="Picture 1" descr="A cartoon of a rooster holding a basketball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9094" cy="28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54B0" w14:textId="77777777" w:rsidR="008B5BFA" w:rsidRDefault="008B5BFA">
      <w:pPr>
        <w:rPr>
          <w:b/>
          <w:color w:val="EE0000"/>
          <w:sz w:val="28"/>
          <w:szCs w:val="28"/>
        </w:rPr>
      </w:pPr>
    </w:p>
    <w:p w14:paraId="3677B1E8" w14:textId="2AE3E5CE" w:rsidR="00DE41BD" w:rsidRPr="0061764A" w:rsidRDefault="00EA56DE">
      <w:pPr>
        <w:rPr>
          <w:sz w:val="24"/>
          <w:szCs w:val="24"/>
        </w:rPr>
      </w:pPr>
      <w:r>
        <w:rPr>
          <w:b/>
          <w:noProof/>
          <w:color w:val="EE0000"/>
          <w:sz w:val="28"/>
          <w:szCs w:val="28"/>
        </w:rPr>
        <w:drawing>
          <wp:inline distT="0" distB="0" distL="0" distR="0" wp14:anchorId="03F3CA36" wp14:editId="14A702A2">
            <wp:extent cx="1790700" cy="2686052"/>
            <wp:effectExtent l="0" t="0" r="0" b="6350"/>
            <wp:docPr id="1692807074" name="Picture 2" descr="A cartoon of a bi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07074" name="Picture 2" descr="A cartoon of a bir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7374" cy="272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F457" w14:textId="164E7B82" w:rsidR="00DE41BD" w:rsidRPr="002F56EC" w:rsidRDefault="008B5BFA">
      <w:pPr>
        <w:rPr>
          <w:color w:val="EE0000"/>
          <w:sz w:val="28"/>
          <w:szCs w:val="28"/>
        </w:rPr>
      </w:pPr>
      <w:r>
        <w:rPr>
          <w:b/>
          <w:color w:val="EE0000"/>
          <w:sz w:val="28"/>
          <w:szCs w:val="28"/>
        </w:rPr>
        <w:t>GIRLS SWIMMING</w:t>
      </w:r>
    </w:p>
    <w:p w14:paraId="3EDA6607" w14:textId="095A6053" w:rsidR="00DE41BD" w:rsidRPr="0061764A" w:rsidRDefault="008B5BFA">
      <w:pPr>
        <w:ind w:left="100"/>
        <w:rPr>
          <w:sz w:val="24"/>
          <w:szCs w:val="24"/>
        </w:rPr>
      </w:pPr>
      <w:r>
        <w:rPr>
          <w:sz w:val="24"/>
          <w:szCs w:val="24"/>
        </w:rPr>
        <w:t>10/29</w:t>
      </w:r>
      <w:r>
        <w:rPr>
          <w:sz w:val="24"/>
          <w:szCs w:val="24"/>
        </w:rPr>
        <w:tab/>
        <w:t xml:space="preserve">King, McMillan, Bryan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@ Bryan Middle</w:t>
      </w:r>
    </w:p>
    <w:p w14:paraId="5B88EBC4" w14:textId="4C2AB58D" w:rsidR="00DE41BD" w:rsidRPr="0061764A" w:rsidRDefault="008B5BFA">
      <w:pPr>
        <w:ind w:left="100"/>
        <w:rPr>
          <w:sz w:val="24"/>
          <w:szCs w:val="24"/>
        </w:rPr>
      </w:pPr>
      <w:r>
        <w:rPr>
          <w:sz w:val="24"/>
          <w:szCs w:val="24"/>
        </w:rPr>
        <w:t>11/5</w:t>
      </w:r>
      <w:r>
        <w:rPr>
          <w:sz w:val="24"/>
          <w:szCs w:val="24"/>
        </w:rPr>
        <w:tab/>
      </w:r>
      <w:r w:rsidR="00303DBE" w:rsidRPr="0061764A">
        <w:rPr>
          <w:sz w:val="24"/>
          <w:szCs w:val="24"/>
        </w:rPr>
        <w:tab/>
      </w:r>
      <w:r>
        <w:rPr>
          <w:sz w:val="24"/>
          <w:szCs w:val="24"/>
        </w:rPr>
        <w:t>Hale, Bluestem @ Hale</w:t>
      </w:r>
    </w:p>
    <w:p w14:paraId="2EC99426" w14:textId="437BBB85" w:rsidR="00DE41BD" w:rsidRPr="0061764A" w:rsidRDefault="008B5BFA">
      <w:pPr>
        <w:ind w:left="100"/>
        <w:rPr>
          <w:sz w:val="24"/>
          <w:szCs w:val="24"/>
        </w:rPr>
      </w:pPr>
      <w:r>
        <w:rPr>
          <w:sz w:val="24"/>
          <w:szCs w:val="24"/>
        </w:rPr>
        <w:t>11/12</w:t>
      </w:r>
      <w:r>
        <w:rPr>
          <w:sz w:val="24"/>
          <w:szCs w:val="24"/>
        </w:rPr>
        <w:tab/>
        <w:t>Beveridge, Davis, Morton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@ Morton</w:t>
      </w:r>
    </w:p>
    <w:p w14:paraId="06453666" w14:textId="6C3CE660" w:rsidR="00DE41BD" w:rsidRDefault="008B5BFA">
      <w:pPr>
        <w:ind w:left="100"/>
        <w:rPr>
          <w:sz w:val="24"/>
          <w:szCs w:val="24"/>
        </w:rPr>
      </w:pPr>
      <w:r>
        <w:rPr>
          <w:sz w:val="24"/>
          <w:szCs w:val="24"/>
        </w:rPr>
        <w:t>11/20</w:t>
      </w:r>
      <w:r w:rsidR="00303DBE" w:rsidRPr="0061764A">
        <w:rPr>
          <w:sz w:val="24"/>
          <w:szCs w:val="24"/>
        </w:rPr>
        <w:tab/>
      </w:r>
      <w:r>
        <w:rPr>
          <w:sz w:val="24"/>
          <w:szCs w:val="24"/>
        </w:rPr>
        <w:t>City Finals @ Burke High</w:t>
      </w:r>
    </w:p>
    <w:p w14:paraId="206731B9" w14:textId="77777777" w:rsidR="008B5BFA" w:rsidRDefault="008B5BFA">
      <w:pPr>
        <w:ind w:left="100"/>
        <w:rPr>
          <w:sz w:val="24"/>
          <w:szCs w:val="24"/>
        </w:rPr>
      </w:pPr>
    </w:p>
    <w:p w14:paraId="2C9CEBDF" w14:textId="77777777" w:rsidR="008B5BFA" w:rsidRDefault="008B5BFA">
      <w:pPr>
        <w:ind w:left="100"/>
        <w:rPr>
          <w:sz w:val="24"/>
          <w:szCs w:val="24"/>
        </w:rPr>
      </w:pPr>
    </w:p>
    <w:p w14:paraId="0BCDF624" w14:textId="4CD28280" w:rsidR="008B5BFA" w:rsidRPr="00A65934" w:rsidRDefault="008B5BFA">
      <w:pPr>
        <w:ind w:left="100"/>
        <w:rPr>
          <w:b/>
          <w:bCs/>
          <w:sz w:val="24"/>
          <w:szCs w:val="24"/>
        </w:rPr>
      </w:pPr>
      <w:r w:rsidRPr="00A65934">
        <w:rPr>
          <w:b/>
          <w:bCs/>
          <w:sz w:val="24"/>
          <w:szCs w:val="24"/>
        </w:rPr>
        <w:t>All games/meets start at 3:30</w:t>
      </w:r>
    </w:p>
    <w:p w14:paraId="54C5E240" w14:textId="3BF9E1A2" w:rsidR="00A65934" w:rsidRPr="00A65934" w:rsidRDefault="00A65934">
      <w:pPr>
        <w:ind w:left="100"/>
        <w:rPr>
          <w:b/>
          <w:bCs/>
          <w:sz w:val="24"/>
          <w:szCs w:val="24"/>
        </w:rPr>
      </w:pPr>
      <w:r w:rsidRPr="00A65934">
        <w:rPr>
          <w:b/>
          <w:bCs/>
          <w:sz w:val="24"/>
          <w:szCs w:val="24"/>
        </w:rPr>
        <w:t>Admission:</w:t>
      </w:r>
    </w:p>
    <w:p w14:paraId="71374960" w14:textId="00A13967" w:rsidR="008B5BFA" w:rsidRPr="00A65934" w:rsidRDefault="008B5BFA">
      <w:pPr>
        <w:ind w:left="100"/>
        <w:rPr>
          <w:b/>
          <w:bCs/>
          <w:sz w:val="24"/>
          <w:szCs w:val="24"/>
        </w:rPr>
      </w:pPr>
      <w:r w:rsidRPr="00A65934">
        <w:rPr>
          <w:b/>
          <w:bCs/>
          <w:sz w:val="24"/>
          <w:szCs w:val="24"/>
        </w:rPr>
        <w:t>$3 for adults/$1 for students</w:t>
      </w:r>
    </w:p>
    <w:p w14:paraId="2FB66B80" w14:textId="4CAB7182" w:rsidR="008B5BFA" w:rsidRPr="00A65934" w:rsidRDefault="008B5BFA">
      <w:pPr>
        <w:ind w:left="100"/>
        <w:rPr>
          <w:b/>
          <w:bCs/>
          <w:sz w:val="24"/>
          <w:szCs w:val="24"/>
        </w:rPr>
      </w:pPr>
      <w:r w:rsidRPr="00A65934">
        <w:rPr>
          <w:b/>
          <w:bCs/>
          <w:sz w:val="24"/>
          <w:szCs w:val="24"/>
        </w:rPr>
        <w:t xml:space="preserve">Free with OPS </w:t>
      </w:r>
      <w:r w:rsidR="00A65934" w:rsidRPr="00A65934">
        <w:rPr>
          <w:b/>
          <w:bCs/>
          <w:sz w:val="24"/>
          <w:szCs w:val="24"/>
        </w:rPr>
        <w:t>Badge or ID card</w:t>
      </w:r>
    </w:p>
    <w:p w14:paraId="11A792C7" w14:textId="77777777" w:rsidR="0061764A" w:rsidRDefault="0061764A"/>
    <w:sectPr w:rsidR="0061764A" w:rsidSect="0061764A">
      <w:type w:val="continuous"/>
      <w:pgSz w:w="15840" w:h="12240" w:orient="landscape"/>
      <w:pgMar w:top="576" w:right="576" w:bottom="576" w:left="576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08157238">
    <w:abstractNumId w:val="8"/>
  </w:num>
  <w:num w:numId="2" w16cid:durableId="1674407138">
    <w:abstractNumId w:val="6"/>
  </w:num>
  <w:num w:numId="3" w16cid:durableId="756483843">
    <w:abstractNumId w:val="5"/>
  </w:num>
  <w:num w:numId="4" w16cid:durableId="1829243110">
    <w:abstractNumId w:val="4"/>
  </w:num>
  <w:num w:numId="5" w16cid:durableId="1738017556">
    <w:abstractNumId w:val="7"/>
  </w:num>
  <w:num w:numId="6" w16cid:durableId="924342307">
    <w:abstractNumId w:val="3"/>
  </w:num>
  <w:num w:numId="7" w16cid:durableId="1764760254">
    <w:abstractNumId w:val="2"/>
  </w:num>
  <w:num w:numId="8" w16cid:durableId="1993563502">
    <w:abstractNumId w:val="1"/>
  </w:num>
  <w:num w:numId="9" w16cid:durableId="1436051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13295"/>
    <w:rsid w:val="00133199"/>
    <w:rsid w:val="0015074B"/>
    <w:rsid w:val="0026418C"/>
    <w:rsid w:val="00273AF3"/>
    <w:rsid w:val="0029639D"/>
    <w:rsid w:val="002F56EC"/>
    <w:rsid w:val="00303DBE"/>
    <w:rsid w:val="00326F90"/>
    <w:rsid w:val="003A4AB4"/>
    <w:rsid w:val="0061764A"/>
    <w:rsid w:val="00630D52"/>
    <w:rsid w:val="0067609E"/>
    <w:rsid w:val="00716D50"/>
    <w:rsid w:val="008B5BFA"/>
    <w:rsid w:val="00915B4D"/>
    <w:rsid w:val="00A65934"/>
    <w:rsid w:val="00AA1D8D"/>
    <w:rsid w:val="00B47730"/>
    <w:rsid w:val="00CB0664"/>
    <w:rsid w:val="00CB72DB"/>
    <w:rsid w:val="00DE41BD"/>
    <w:rsid w:val="00EA56DE"/>
    <w:rsid w:val="00F207FE"/>
    <w:rsid w:val="00F479C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E79166"/>
  <w14:defaultImageDpi w14:val="300"/>
  <w15:docId w15:val="{411F14F8-6474-A14B-9009-D977E13DE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Kelli Eagen</cp:lastModifiedBy>
  <cp:revision>2</cp:revision>
  <cp:lastPrinted>2025-10-30T16:39:00Z</cp:lastPrinted>
  <dcterms:created xsi:type="dcterms:W3CDTF">2025-11-03T15:11:00Z</dcterms:created>
  <dcterms:modified xsi:type="dcterms:W3CDTF">2025-11-03T15:11:00Z</dcterms:modified>
  <cp:category/>
</cp:coreProperties>
</file>